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DA7FE" w14:textId="77777777" w:rsidR="00760187" w:rsidRDefault="00000000">
      <w:pPr>
        <w:pStyle w:val="DocTitle"/>
        <w:rPr>
          <w:lang w:val="ru-RU"/>
        </w:rPr>
      </w:pPr>
      <w:r w:rsidRPr="007047B5">
        <w:rPr>
          <w:lang w:val="ru-RU"/>
        </w:rPr>
        <w:t>ПУБЛИЧНАЯ ОФЕРТА</w:t>
      </w:r>
      <w:r w:rsidRPr="007047B5">
        <w:rPr>
          <w:lang w:val="ru-RU"/>
        </w:rPr>
        <w:br/>
        <w:t xml:space="preserve">о заключении договора оказания </w:t>
      </w:r>
    </w:p>
    <w:p w14:paraId="11ADCA1C" w14:textId="21F58936" w:rsidR="00235E46" w:rsidRPr="007047B5" w:rsidRDefault="00000000">
      <w:pPr>
        <w:pStyle w:val="DocTitle"/>
        <w:rPr>
          <w:lang w:val="ru-RU"/>
        </w:rPr>
      </w:pPr>
      <w:r w:rsidRPr="007047B5">
        <w:rPr>
          <w:lang w:val="ru-RU"/>
        </w:rPr>
        <w:t>психологических консультационных услуг</w:t>
      </w:r>
    </w:p>
    <w:p w14:paraId="532F4D7E" w14:textId="43925AD7" w:rsidR="00235E46" w:rsidRPr="007047B5" w:rsidRDefault="00000000">
      <w:pPr>
        <w:spacing w:before="160"/>
        <w:rPr>
          <w:lang w:val="ru-RU"/>
        </w:rPr>
      </w:pPr>
      <w:r w:rsidRPr="007047B5">
        <w:rPr>
          <w:lang w:val="ru-RU"/>
        </w:rPr>
        <w:t xml:space="preserve">Настоящий документ является официальным публичным предложением (офертой) </w:t>
      </w:r>
      <w:r w:rsidR="007047B5">
        <w:rPr>
          <w:lang w:val="ru-RU"/>
        </w:rPr>
        <w:t>Шитовой Елены Владимировны</w:t>
      </w:r>
      <w:r w:rsidRPr="007047B5">
        <w:rPr>
          <w:lang w:val="ru-RU"/>
        </w:rPr>
        <w:t xml:space="preserve">, </w:t>
      </w:r>
      <w:r w:rsidR="007047B5" w:rsidRPr="007047B5">
        <w:rPr>
          <w:lang w:val="ru"/>
        </w:rPr>
        <w:t>действующей как самозанятая на основании Федерального закона от 27.11.2018 № 422-ФЗ</w:t>
      </w:r>
      <w:r w:rsidR="00760187">
        <w:rPr>
          <w:lang w:val="ru"/>
        </w:rPr>
        <w:t>,</w:t>
      </w:r>
      <w:r w:rsidR="007047B5" w:rsidRPr="007047B5">
        <w:rPr>
          <w:lang w:val="ru-RU"/>
        </w:rPr>
        <w:t xml:space="preserve"> </w:t>
      </w:r>
      <w:r w:rsidR="007047B5" w:rsidRPr="007047B5">
        <w:rPr>
          <w:lang w:val="ru"/>
        </w:rPr>
        <w:t xml:space="preserve">ИНН </w:t>
      </w:r>
      <w:r w:rsidR="007047B5" w:rsidRPr="007047B5">
        <w:rPr>
          <w:lang w:val="ru-RU"/>
        </w:rPr>
        <w:t>290405019972</w:t>
      </w:r>
      <w:r w:rsidR="007047B5">
        <w:rPr>
          <w:lang w:val="ru-RU"/>
        </w:rPr>
        <w:t xml:space="preserve"> </w:t>
      </w:r>
      <w:r w:rsidRPr="007047B5">
        <w:rPr>
          <w:lang w:val="ru-RU"/>
        </w:rPr>
        <w:t>(далее — «Исполнитель»), заключить договор оказания психологических консультационных услуг с любым дееспособным физическим лицом (далее — «Заказчик») на условиях, изложенных ниже.</w:t>
      </w:r>
    </w:p>
    <w:p w14:paraId="58BCB2E3" w14:textId="77777777" w:rsidR="00235E46" w:rsidRPr="007047B5" w:rsidRDefault="00000000">
      <w:pPr>
        <w:spacing w:after="40"/>
        <w:rPr>
          <w:lang w:val="ru-RU"/>
        </w:rPr>
      </w:pPr>
      <w:r w:rsidRPr="007047B5">
        <w:rPr>
          <w:lang w:val="ru-RU"/>
        </w:rPr>
        <w:t>Акцепт настоящей Оферты означает полное и безоговорочное принятие Заказчиком всех условий договора.</w:t>
      </w:r>
    </w:p>
    <w:p w14:paraId="5A279FAE" w14:textId="77777777" w:rsidR="00235E46" w:rsidRPr="007047B5" w:rsidRDefault="00000000">
      <w:pPr>
        <w:pStyle w:val="SectionHeading"/>
        <w:keepNext/>
        <w:rPr>
          <w:lang w:val="ru-RU"/>
        </w:rPr>
      </w:pPr>
      <w:r w:rsidRPr="007047B5">
        <w:rPr>
          <w:lang w:val="ru-RU"/>
        </w:rPr>
        <w:t>1. Термины и определения</w:t>
      </w:r>
    </w:p>
    <w:p w14:paraId="3D25C1A9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Оферта — настоящий документ, размещённый в сети Интернет.</w:t>
      </w:r>
    </w:p>
    <w:p w14:paraId="6C833600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Акцепт — полное принятие условий Оферты путём совершения Заказчиком конклюдентных действий (запись на консультацию и оплата услуг).</w:t>
      </w:r>
    </w:p>
    <w:p w14:paraId="00BB9464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Договор — договор оказания услуг между Исполнителем и Заказчиком.</w:t>
      </w:r>
    </w:p>
    <w:p w14:paraId="37387381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Услуги — психологические консультационные услуги, оказываемые Исполнителем.</w:t>
      </w:r>
    </w:p>
    <w:p w14:paraId="0BB3F808" w14:textId="5064A509" w:rsidR="00235E46" w:rsidRPr="007047B5" w:rsidRDefault="00000000">
      <w:pPr>
        <w:rPr>
          <w:lang w:val="ru-RU"/>
        </w:rPr>
      </w:pPr>
      <w:r w:rsidRPr="007047B5">
        <w:rPr>
          <w:lang w:val="ru-RU"/>
        </w:rPr>
        <w:t xml:space="preserve">Интернет-ресурсы Исполнителя — </w:t>
      </w:r>
      <w:r w:rsidR="007047B5">
        <w:rPr>
          <w:lang w:val="ru-RU"/>
        </w:rPr>
        <w:t xml:space="preserve">сайт, </w:t>
      </w:r>
      <w:r w:rsidRPr="007047B5">
        <w:rPr>
          <w:lang w:val="ru-RU"/>
        </w:rPr>
        <w:t xml:space="preserve">страницы и каналы Исполнителя в </w:t>
      </w:r>
      <w:r>
        <w:t>Telegram</w:t>
      </w:r>
      <w:r w:rsidR="007047B5">
        <w:rPr>
          <w:lang w:val="ru-RU"/>
        </w:rPr>
        <w:t>, социал</w:t>
      </w:r>
      <w:r w:rsidRPr="007047B5">
        <w:rPr>
          <w:lang w:val="ru-RU"/>
        </w:rPr>
        <w:t>ьн</w:t>
      </w:r>
      <w:r w:rsidR="007047B5">
        <w:rPr>
          <w:lang w:val="ru-RU"/>
        </w:rPr>
        <w:t>ых</w:t>
      </w:r>
      <w:r w:rsidRPr="007047B5">
        <w:rPr>
          <w:lang w:val="ru-RU"/>
        </w:rPr>
        <w:t xml:space="preserve"> сет</w:t>
      </w:r>
      <w:r w:rsidR="007047B5">
        <w:rPr>
          <w:lang w:val="ru-RU"/>
        </w:rPr>
        <w:t>ях</w:t>
      </w:r>
      <w:r w:rsidRPr="007047B5">
        <w:rPr>
          <w:lang w:val="ru-RU"/>
        </w:rPr>
        <w:t xml:space="preserve"> ВКонтакте</w:t>
      </w:r>
      <w:r w:rsidR="007047B5">
        <w:rPr>
          <w:lang w:val="ru-RU"/>
        </w:rPr>
        <w:t xml:space="preserve">, </w:t>
      </w:r>
      <w:r w:rsidR="007047B5">
        <w:t>YouTube</w:t>
      </w:r>
      <w:r w:rsidR="007047B5">
        <w:rPr>
          <w:lang w:val="ru-RU"/>
        </w:rPr>
        <w:t>, Дзен.</w:t>
      </w:r>
    </w:p>
    <w:p w14:paraId="123EF385" w14:textId="77777777" w:rsidR="00235E46" w:rsidRPr="007047B5" w:rsidRDefault="00000000">
      <w:pPr>
        <w:pStyle w:val="SectionHeading"/>
        <w:keepNext/>
        <w:rPr>
          <w:lang w:val="ru-RU"/>
        </w:rPr>
      </w:pPr>
      <w:r w:rsidRPr="007047B5">
        <w:rPr>
          <w:lang w:val="ru-RU"/>
        </w:rPr>
        <w:t>2. Предмет договора</w:t>
      </w:r>
    </w:p>
    <w:p w14:paraId="1410FA07" w14:textId="67FCE5CD" w:rsidR="00235E46" w:rsidRPr="007047B5" w:rsidRDefault="00000000">
      <w:pPr>
        <w:rPr>
          <w:lang w:val="ru-RU"/>
        </w:rPr>
      </w:pPr>
      <w:r w:rsidRPr="007047B5">
        <w:rPr>
          <w:lang w:val="ru-RU"/>
        </w:rPr>
        <w:t>2.1. Исполнитель оказывает Заказчику психологические консультационные услуги очно и/или дистанционно</w:t>
      </w:r>
      <w:r w:rsidR="007047B5">
        <w:rPr>
          <w:lang w:val="ru-RU"/>
        </w:rPr>
        <w:t xml:space="preserve"> (онлайн)</w:t>
      </w:r>
      <w:r w:rsidRPr="007047B5">
        <w:rPr>
          <w:lang w:val="ru-RU"/>
        </w:rPr>
        <w:t>, а Заказчик обязуется оплатить такие услуги.</w:t>
      </w:r>
    </w:p>
    <w:p w14:paraId="6A54A7AC" w14:textId="7D0BE7D5" w:rsidR="00235E46" w:rsidRPr="007047B5" w:rsidRDefault="00000000">
      <w:pPr>
        <w:rPr>
          <w:lang w:val="ru-RU"/>
        </w:rPr>
      </w:pPr>
      <w:r w:rsidRPr="007047B5">
        <w:rPr>
          <w:lang w:val="ru-RU"/>
        </w:rPr>
        <w:t>2.2. Перечень услуг, их описание, форматы проведения, продолжительность и стоимость размещаются на интернет-ресурсах Исполнителя и являются неотъемлемой частью настоящей Оферты.</w:t>
      </w:r>
    </w:p>
    <w:p w14:paraId="4CB1561D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2.3. Услуги оказываются исключительно в консультационно-психологическом формате и не являются медицинской деятельностью, не направлены на диагностику, лечение заболеваний или назначение медикаментов.</w:t>
      </w:r>
    </w:p>
    <w:p w14:paraId="4A416E33" w14:textId="77777777" w:rsidR="00235E46" w:rsidRPr="007047B5" w:rsidRDefault="00000000">
      <w:pPr>
        <w:pStyle w:val="SectionHeading"/>
        <w:keepNext/>
        <w:rPr>
          <w:lang w:val="ru-RU"/>
        </w:rPr>
      </w:pPr>
      <w:r w:rsidRPr="007047B5">
        <w:rPr>
          <w:lang w:val="ru-RU"/>
        </w:rPr>
        <w:t>3. Порядок заключения договора (акцепт)</w:t>
      </w:r>
    </w:p>
    <w:p w14:paraId="4B2D884C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3.1. Договор считается заключённым с момента:</w:t>
      </w:r>
    </w:p>
    <w:p w14:paraId="2CD2A96C" w14:textId="2DC9066A" w:rsidR="00235E46" w:rsidRPr="007047B5" w:rsidRDefault="00000000">
      <w:pPr>
        <w:spacing w:after="80"/>
        <w:ind w:left="1134" w:hanging="312"/>
        <w:jc w:val="left"/>
        <w:rPr>
          <w:lang w:val="ru-RU"/>
        </w:rPr>
      </w:pPr>
      <w:r w:rsidRPr="007047B5">
        <w:rPr>
          <w:lang w:val="ru-RU"/>
        </w:rPr>
        <w:t>•</w:t>
      </w:r>
      <w:r w:rsidRPr="007047B5">
        <w:rPr>
          <w:lang w:val="ru-RU"/>
        </w:rPr>
        <w:tab/>
        <w:t xml:space="preserve">записи Заказчика на консультацию через </w:t>
      </w:r>
      <w:r w:rsidR="007047B5">
        <w:rPr>
          <w:lang w:val="ru-RU"/>
        </w:rPr>
        <w:t>Интернет ресурсы Исполнителя или</w:t>
      </w:r>
      <w:r w:rsidRPr="007047B5">
        <w:rPr>
          <w:lang w:val="ru-RU"/>
        </w:rPr>
        <w:t xml:space="preserve"> иным согласованным способом;</w:t>
      </w:r>
    </w:p>
    <w:p w14:paraId="28BA5799" w14:textId="77777777" w:rsidR="00235E46" w:rsidRPr="007047B5" w:rsidRDefault="00000000">
      <w:pPr>
        <w:spacing w:after="80"/>
        <w:ind w:left="1134" w:hanging="312"/>
        <w:jc w:val="left"/>
        <w:rPr>
          <w:lang w:val="ru-RU"/>
        </w:rPr>
      </w:pPr>
      <w:r w:rsidRPr="007047B5">
        <w:rPr>
          <w:lang w:val="ru-RU"/>
        </w:rPr>
        <w:t>•</w:t>
      </w:r>
      <w:r w:rsidRPr="007047B5">
        <w:rPr>
          <w:lang w:val="ru-RU"/>
        </w:rPr>
        <w:tab/>
        <w:t>и внесения 100% предоплаты.</w:t>
      </w:r>
    </w:p>
    <w:p w14:paraId="0FBF4760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3.2. Оплата означает акцепт настоящей Оферты.</w:t>
      </w:r>
    </w:p>
    <w:p w14:paraId="3821E998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br w:type="page"/>
      </w:r>
    </w:p>
    <w:p w14:paraId="080B3D25" w14:textId="77777777" w:rsidR="00235E46" w:rsidRPr="007047B5" w:rsidRDefault="00000000">
      <w:pPr>
        <w:pStyle w:val="SectionHeading"/>
        <w:keepNext/>
        <w:rPr>
          <w:lang w:val="ru-RU"/>
        </w:rPr>
      </w:pPr>
      <w:r w:rsidRPr="007047B5">
        <w:rPr>
          <w:lang w:val="ru-RU"/>
        </w:rPr>
        <w:lastRenderedPageBreak/>
        <w:t>4. Порядок оказания услуг</w:t>
      </w:r>
    </w:p>
    <w:p w14:paraId="32356E83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4.1. Консультации проводятся в согласованное сторонами время.</w:t>
      </w:r>
    </w:p>
    <w:p w14:paraId="46DD68AA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4.2. Формат (очно / онлайн) определяется при записи.</w:t>
      </w:r>
    </w:p>
    <w:p w14:paraId="370509C4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4.3. Исполнитель вправе изменить дату и время консультации при предварительном уведомлении Заказчика.</w:t>
      </w:r>
    </w:p>
    <w:p w14:paraId="57546D08" w14:textId="77777777" w:rsidR="00235E46" w:rsidRPr="007047B5" w:rsidRDefault="00000000">
      <w:pPr>
        <w:pStyle w:val="SectionHeading"/>
        <w:keepNext/>
        <w:rPr>
          <w:lang w:val="ru-RU"/>
        </w:rPr>
      </w:pPr>
      <w:r w:rsidRPr="007047B5">
        <w:rPr>
          <w:lang w:val="ru-RU"/>
        </w:rPr>
        <w:t>5. Стоимость услуг и порядок оплаты</w:t>
      </w:r>
    </w:p>
    <w:p w14:paraId="5CE7BB06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5.1. Стоимость услуг указывается на интернет-ресурсах Исполнителя.</w:t>
      </w:r>
    </w:p>
    <w:p w14:paraId="40FEBD55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5.2. Оплата производится в размере 100% не позднее чем за 24 часа до начала консультации.</w:t>
      </w:r>
    </w:p>
    <w:p w14:paraId="07B22BCA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5.3. Услуга считается оплаченной с момента поступления денежных средств Исполнителю.</w:t>
      </w:r>
    </w:p>
    <w:p w14:paraId="5946A9EA" w14:textId="77777777" w:rsidR="00235E46" w:rsidRPr="007047B5" w:rsidRDefault="00000000">
      <w:pPr>
        <w:pStyle w:val="SectionHeading"/>
        <w:keepNext/>
        <w:rPr>
          <w:lang w:val="ru-RU"/>
        </w:rPr>
      </w:pPr>
      <w:r w:rsidRPr="007047B5">
        <w:rPr>
          <w:lang w:val="ru-RU"/>
        </w:rPr>
        <w:t>6. Отмена и перенос консультаций</w:t>
      </w:r>
    </w:p>
    <w:p w14:paraId="06F1656E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6.1. Заказчик вправе отменить или перенести консультацию не позднее чем за 24 часа до согласованного времени.</w:t>
      </w:r>
    </w:p>
    <w:p w14:paraId="75CCE441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6.2. При отмене менее чем за 24 часа либо неявке Заказчика услуга считается оказанной, оплата не возвращается.</w:t>
      </w:r>
    </w:p>
    <w:p w14:paraId="505D93C3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6.3. В случае отмены со стороны Исполнителя производится полный возврат денежных средств либо перенос по выбору Заказчика.</w:t>
      </w:r>
    </w:p>
    <w:p w14:paraId="30FA8D50" w14:textId="77777777" w:rsidR="00235E46" w:rsidRPr="007047B5" w:rsidRDefault="00000000">
      <w:pPr>
        <w:pStyle w:val="SectionHeading"/>
        <w:keepNext/>
        <w:rPr>
          <w:lang w:val="ru-RU"/>
        </w:rPr>
      </w:pPr>
      <w:r w:rsidRPr="007047B5">
        <w:rPr>
          <w:lang w:val="ru-RU"/>
        </w:rPr>
        <w:t>7. Права и обязанности сторон</w:t>
      </w:r>
    </w:p>
    <w:p w14:paraId="170BF801" w14:textId="77777777" w:rsidR="00235E46" w:rsidRPr="007047B5" w:rsidRDefault="00000000">
      <w:pPr>
        <w:spacing w:after="100"/>
        <w:rPr>
          <w:lang w:val="ru-RU"/>
        </w:rPr>
      </w:pPr>
      <w:r w:rsidRPr="007047B5">
        <w:rPr>
          <w:lang w:val="ru-RU"/>
        </w:rPr>
        <w:t>Исполнитель обязан:</w:t>
      </w:r>
    </w:p>
    <w:p w14:paraId="4135EBD8" w14:textId="77777777" w:rsidR="00235E46" w:rsidRPr="007047B5" w:rsidRDefault="00000000">
      <w:pPr>
        <w:spacing w:after="80"/>
        <w:ind w:left="1134" w:hanging="312"/>
        <w:jc w:val="left"/>
        <w:rPr>
          <w:lang w:val="ru-RU"/>
        </w:rPr>
      </w:pPr>
      <w:r w:rsidRPr="007047B5">
        <w:rPr>
          <w:lang w:val="ru-RU"/>
        </w:rPr>
        <w:t>•</w:t>
      </w:r>
      <w:r w:rsidRPr="007047B5">
        <w:rPr>
          <w:lang w:val="ru-RU"/>
        </w:rPr>
        <w:tab/>
        <w:t>оказать услуги добросовестно и профессионально;</w:t>
      </w:r>
    </w:p>
    <w:p w14:paraId="4CA5A11F" w14:textId="77777777" w:rsidR="00235E46" w:rsidRPr="007047B5" w:rsidRDefault="00000000">
      <w:pPr>
        <w:spacing w:after="80"/>
        <w:ind w:left="1134" w:hanging="312"/>
        <w:jc w:val="left"/>
        <w:rPr>
          <w:lang w:val="ru-RU"/>
        </w:rPr>
      </w:pPr>
      <w:r w:rsidRPr="007047B5">
        <w:rPr>
          <w:lang w:val="ru-RU"/>
        </w:rPr>
        <w:t>•</w:t>
      </w:r>
      <w:r w:rsidRPr="007047B5">
        <w:rPr>
          <w:lang w:val="ru-RU"/>
        </w:rPr>
        <w:tab/>
        <w:t>соблюдать конфиденциальность информации, полученной в ходе консультаций.</w:t>
      </w:r>
    </w:p>
    <w:p w14:paraId="0923126F" w14:textId="77777777" w:rsidR="00235E46" w:rsidRPr="007047B5" w:rsidRDefault="00000000">
      <w:pPr>
        <w:spacing w:before="120" w:after="100"/>
        <w:rPr>
          <w:lang w:val="ru-RU"/>
        </w:rPr>
      </w:pPr>
      <w:r w:rsidRPr="007047B5">
        <w:rPr>
          <w:lang w:val="ru-RU"/>
        </w:rPr>
        <w:t>Исполнитель вправе:</w:t>
      </w:r>
    </w:p>
    <w:p w14:paraId="2186DC95" w14:textId="77777777" w:rsidR="00235E46" w:rsidRPr="007047B5" w:rsidRDefault="00000000">
      <w:pPr>
        <w:spacing w:after="80"/>
        <w:ind w:left="1134" w:hanging="312"/>
        <w:jc w:val="left"/>
        <w:rPr>
          <w:lang w:val="ru-RU"/>
        </w:rPr>
      </w:pPr>
      <w:r w:rsidRPr="007047B5">
        <w:rPr>
          <w:lang w:val="ru-RU"/>
        </w:rPr>
        <w:t>•</w:t>
      </w:r>
      <w:r w:rsidRPr="007047B5">
        <w:rPr>
          <w:lang w:val="ru-RU"/>
        </w:rPr>
        <w:tab/>
        <w:t>отказать в оказании услуг при наличии признаков состояния, требующего медицинской помощи;</w:t>
      </w:r>
    </w:p>
    <w:p w14:paraId="4DC8F2B4" w14:textId="77777777" w:rsidR="00235E46" w:rsidRPr="007047B5" w:rsidRDefault="00000000">
      <w:pPr>
        <w:spacing w:after="80"/>
        <w:ind w:left="1134" w:hanging="312"/>
        <w:jc w:val="left"/>
        <w:rPr>
          <w:lang w:val="ru-RU"/>
        </w:rPr>
      </w:pPr>
      <w:r w:rsidRPr="007047B5">
        <w:rPr>
          <w:lang w:val="ru-RU"/>
        </w:rPr>
        <w:t>•</w:t>
      </w:r>
      <w:r w:rsidRPr="007047B5">
        <w:rPr>
          <w:lang w:val="ru-RU"/>
        </w:rPr>
        <w:tab/>
        <w:t>прекратить оказание услуг при нарушении Заказчиком условий договора.</w:t>
      </w:r>
    </w:p>
    <w:p w14:paraId="3113D489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br w:type="page"/>
      </w:r>
    </w:p>
    <w:p w14:paraId="60CD49E2" w14:textId="77777777" w:rsidR="00235E46" w:rsidRPr="007047B5" w:rsidRDefault="00000000">
      <w:pPr>
        <w:spacing w:after="100"/>
        <w:rPr>
          <w:lang w:val="ru-RU"/>
        </w:rPr>
      </w:pPr>
      <w:r w:rsidRPr="007047B5">
        <w:rPr>
          <w:lang w:val="ru-RU"/>
        </w:rPr>
        <w:lastRenderedPageBreak/>
        <w:t>Заказчик обязан:</w:t>
      </w:r>
    </w:p>
    <w:p w14:paraId="3E985332" w14:textId="77777777" w:rsidR="00235E46" w:rsidRPr="007047B5" w:rsidRDefault="00000000">
      <w:pPr>
        <w:spacing w:after="80"/>
        <w:ind w:left="1134" w:hanging="312"/>
        <w:jc w:val="left"/>
        <w:rPr>
          <w:lang w:val="ru-RU"/>
        </w:rPr>
      </w:pPr>
      <w:r w:rsidRPr="007047B5">
        <w:rPr>
          <w:lang w:val="ru-RU"/>
        </w:rPr>
        <w:t>•</w:t>
      </w:r>
      <w:r w:rsidRPr="007047B5">
        <w:rPr>
          <w:lang w:val="ru-RU"/>
        </w:rPr>
        <w:tab/>
        <w:t>предоставлять достоверную информацию;</w:t>
      </w:r>
    </w:p>
    <w:p w14:paraId="74BC74CF" w14:textId="77777777" w:rsidR="00235E46" w:rsidRPr="007047B5" w:rsidRDefault="00000000">
      <w:pPr>
        <w:spacing w:after="80"/>
        <w:ind w:left="1134" w:hanging="312"/>
        <w:jc w:val="left"/>
        <w:rPr>
          <w:lang w:val="ru-RU"/>
        </w:rPr>
      </w:pPr>
      <w:r w:rsidRPr="007047B5">
        <w:rPr>
          <w:lang w:val="ru-RU"/>
        </w:rPr>
        <w:t>•</w:t>
      </w:r>
      <w:r w:rsidRPr="007047B5">
        <w:rPr>
          <w:lang w:val="ru-RU"/>
        </w:rPr>
        <w:tab/>
        <w:t>соблюдать договорённости по времени и оплате.</w:t>
      </w:r>
    </w:p>
    <w:p w14:paraId="7CDA2C9F" w14:textId="77777777" w:rsidR="00235E46" w:rsidRPr="007047B5" w:rsidRDefault="00000000">
      <w:pPr>
        <w:pStyle w:val="SectionHeading"/>
        <w:keepNext/>
        <w:rPr>
          <w:lang w:val="ru-RU"/>
        </w:rPr>
      </w:pPr>
      <w:r w:rsidRPr="007047B5">
        <w:rPr>
          <w:lang w:val="ru-RU"/>
        </w:rPr>
        <w:t>8. Возрастные ограничения</w:t>
      </w:r>
    </w:p>
    <w:p w14:paraId="58EEC0AD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8.1. Услуги оказываются лицам, достигшим 18 лет.</w:t>
      </w:r>
    </w:p>
    <w:p w14:paraId="5A62A2DC" w14:textId="007A71E8" w:rsidR="00235E46" w:rsidRPr="007047B5" w:rsidRDefault="00000000">
      <w:pPr>
        <w:rPr>
          <w:lang w:val="ru-RU"/>
        </w:rPr>
      </w:pPr>
      <w:r w:rsidRPr="007047B5">
        <w:rPr>
          <w:lang w:val="ru-RU"/>
        </w:rPr>
        <w:t>8.2. Услуги Исполнителя могут оказываться несовершеннолетним лицам</w:t>
      </w:r>
      <w:r w:rsidR="007047B5">
        <w:rPr>
          <w:lang w:val="ru-RU"/>
        </w:rPr>
        <w:t xml:space="preserve"> </w:t>
      </w:r>
      <w:r w:rsidRPr="007047B5">
        <w:rPr>
          <w:lang w:val="ru-RU"/>
        </w:rPr>
        <w:t>исключительно при наличии предварительного согласия их законных представителей (родителей, усыновителей, опекунов, попечителей).</w:t>
      </w:r>
    </w:p>
    <w:p w14:paraId="150EAEFC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В этом случае договор на условиях настоящей Оферты заключается с законным представителем несовершеннолетнего, который выступает Заказчиком, подтверждает наличие законных полномочий представлять интересы несовершеннолетнего и несёт полную ответственность за исполнение обязательств по Договору, включая оплату услуг Исполнителя.</w:t>
      </w:r>
    </w:p>
    <w:p w14:paraId="6F5BC3F3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Законный представитель также даёт согласие на обработку персональных данных несовершеннолетнего и на оказание ему психологических услуг в рамках настоящего Договора.</w:t>
      </w:r>
    </w:p>
    <w:p w14:paraId="2E792947" w14:textId="77777777" w:rsidR="00235E46" w:rsidRPr="007047B5" w:rsidRDefault="00000000">
      <w:pPr>
        <w:pStyle w:val="SectionHeading"/>
        <w:keepNext/>
        <w:rPr>
          <w:lang w:val="ru-RU"/>
        </w:rPr>
      </w:pPr>
      <w:r w:rsidRPr="007047B5">
        <w:rPr>
          <w:lang w:val="ru-RU"/>
        </w:rPr>
        <w:t>9. Ограничение ответственности</w:t>
      </w:r>
    </w:p>
    <w:p w14:paraId="79316720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9.1. Исполнитель не гарантирует достижение конкретного результата.</w:t>
      </w:r>
    </w:p>
    <w:p w14:paraId="774E2AC3" w14:textId="78E5CA38" w:rsidR="00235E46" w:rsidRPr="007047B5" w:rsidRDefault="00000000">
      <w:pPr>
        <w:rPr>
          <w:lang w:val="ru-RU"/>
        </w:rPr>
      </w:pPr>
      <w:r w:rsidRPr="007047B5">
        <w:rPr>
          <w:lang w:val="ru-RU"/>
        </w:rPr>
        <w:t xml:space="preserve">9.2. Результат консультаций зависит от </w:t>
      </w:r>
      <w:proofErr w:type="gramStart"/>
      <w:r w:rsidRPr="007047B5">
        <w:rPr>
          <w:lang w:val="ru-RU"/>
        </w:rPr>
        <w:t>индивидуальных особенностей</w:t>
      </w:r>
      <w:proofErr w:type="gramEnd"/>
      <w:r w:rsidRPr="007047B5">
        <w:rPr>
          <w:lang w:val="ru-RU"/>
        </w:rPr>
        <w:t xml:space="preserve"> Заказчика и его активного участия</w:t>
      </w:r>
      <w:r w:rsidR="007047B5">
        <w:rPr>
          <w:lang w:val="ru-RU"/>
        </w:rPr>
        <w:t xml:space="preserve"> в работе.</w:t>
      </w:r>
    </w:p>
    <w:p w14:paraId="0CCB69AA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9.3. Исполнитель не несёт ответственности за решения, принятые Заказчиком вне рамок консультаций.</w:t>
      </w:r>
    </w:p>
    <w:p w14:paraId="72A144BE" w14:textId="77777777" w:rsidR="00235E46" w:rsidRPr="007047B5" w:rsidRDefault="00000000">
      <w:pPr>
        <w:pStyle w:val="SectionHeading"/>
        <w:keepNext/>
        <w:rPr>
          <w:lang w:val="ru-RU"/>
        </w:rPr>
      </w:pPr>
      <w:r w:rsidRPr="007047B5">
        <w:rPr>
          <w:lang w:val="ru-RU"/>
        </w:rPr>
        <w:t>10. Персональные данные</w:t>
      </w:r>
    </w:p>
    <w:p w14:paraId="2FD730C0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10.1. Акцептуя Оферту, Заказчик даёт согласие на обработку персональных данных в соответствии с ФЗ №152-ФЗ.</w:t>
      </w:r>
    </w:p>
    <w:p w14:paraId="6D75F5D0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10.2. Данные используются исключительно для исполнения договора.</w:t>
      </w:r>
    </w:p>
    <w:p w14:paraId="61641204" w14:textId="77777777" w:rsidR="00235E46" w:rsidRPr="007047B5" w:rsidRDefault="00000000">
      <w:pPr>
        <w:pStyle w:val="SectionHeading"/>
        <w:keepNext/>
        <w:rPr>
          <w:lang w:val="ru-RU"/>
        </w:rPr>
      </w:pPr>
      <w:r w:rsidRPr="007047B5">
        <w:rPr>
          <w:lang w:val="ru-RU"/>
        </w:rPr>
        <w:t>11. Срок действия и изменение условий</w:t>
      </w:r>
    </w:p>
    <w:p w14:paraId="5713FB31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11.1. Оферта действует бессрочно.</w:t>
      </w:r>
    </w:p>
    <w:p w14:paraId="34987B8A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11.2. Исполнитель вправе вносить изменения в Оферту с публикацией на своих интернет-ресурсах.</w:t>
      </w:r>
    </w:p>
    <w:p w14:paraId="58C836D2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11.3. Новая редакция применяется к договорам, заключённым после публикации.</w:t>
      </w:r>
    </w:p>
    <w:p w14:paraId="13EC0064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br w:type="page"/>
      </w:r>
    </w:p>
    <w:p w14:paraId="5FD7B798" w14:textId="77777777" w:rsidR="00235E46" w:rsidRPr="007047B5" w:rsidRDefault="00000000">
      <w:pPr>
        <w:pStyle w:val="SectionHeading"/>
        <w:keepNext/>
        <w:rPr>
          <w:lang w:val="ru-RU"/>
        </w:rPr>
      </w:pPr>
      <w:r w:rsidRPr="007047B5">
        <w:rPr>
          <w:lang w:val="ru-RU"/>
        </w:rPr>
        <w:lastRenderedPageBreak/>
        <w:t>12. Разрешение споров</w:t>
      </w:r>
    </w:p>
    <w:p w14:paraId="71AB360E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12.1. Споры разрешаются путём переговоров.</w:t>
      </w:r>
    </w:p>
    <w:p w14:paraId="5045B03F" w14:textId="77777777" w:rsidR="00235E46" w:rsidRPr="007047B5" w:rsidRDefault="00000000">
      <w:pPr>
        <w:rPr>
          <w:lang w:val="ru-RU"/>
        </w:rPr>
      </w:pPr>
      <w:r w:rsidRPr="007047B5">
        <w:rPr>
          <w:lang w:val="ru-RU"/>
        </w:rPr>
        <w:t>12.2. При недостижении соглашения — в судебном порядке по законодательству РФ.</w:t>
      </w:r>
    </w:p>
    <w:p w14:paraId="1C872FCA" w14:textId="77777777" w:rsidR="00235E46" w:rsidRPr="007047B5" w:rsidRDefault="00000000">
      <w:pPr>
        <w:pStyle w:val="SectionHeading"/>
        <w:keepNext/>
        <w:rPr>
          <w:lang w:val="ru-RU"/>
        </w:rPr>
      </w:pPr>
      <w:r w:rsidRPr="007047B5">
        <w:rPr>
          <w:lang w:val="ru-RU"/>
        </w:rPr>
        <w:t>13. Реквизиты Исполнителя</w:t>
      </w:r>
    </w:p>
    <w:p w14:paraId="09411621" w14:textId="79F0C944" w:rsidR="00235E46" w:rsidRPr="007047B5" w:rsidRDefault="00000000">
      <w:pPr>
        <w:rPr>
          <w:lang w:val="ru-RU"/>
        </w:rPr>
      </w:pPr>
      <w:r w:rsidRPr="007047B5">
        <w:rPr>
          <w:lang w:val="ru-RU"/>
        </w:rPr>
        <w:t xml:space="preserve">Самозанятая </w:t>
      </w:r>
      <w:r w:rsidR="007047B5">
        <w:rPr>
          <w:lang w:val="ru-RU"/>
        </w:rPr>
        <w:t>Шитова Елена Владимировна</w:t>
      </w:r>
    </w:p>
    <w:p w14:paraId="20FA96E1" w14:textId="219C6139" w:rsidR="00235E46" w:rsidRPr="007047B5" w:rsidRDefault="00000000">
      <w:pPr>
        <w:rPr>
          <w:lang w:val="ru-RU"/>
        </w:rPr>
      </w:pPr>
      <w:r w:rsidRPr="007047B5">
        <w:rPr>
          <w:lang w:val="ru-RU"/>
        </w:rPr>
        <w:t xml:space="preserve">ИНН: </w:t>
      </w:r>
      <w:r w:rsidR="007047B5" w:rsidRPr="007047B5">
        <w:rPr>
          <w:lang w:val="ru-RU"/>
        </w:rPr>
        <w:t>290405019972</w:t>
      </w:r>
    </w:p>
    <w:p w14:paraId="4436C5F7" w14:textId="2603B8BA" w:rsidR="00235E46" w:rsidRPr="007047B5" w:rsidRDefault="00000000" w:rsidP="00760187">
      <w:pPr>
        <w:rPr>
          <w:lang w:val="ru-RU"/>
        </w:rPr>
      </w:pPr>
      <w:r w:rsidRPr="007047B5">
        <w:rPr>
          <w:lang w:val="ru-RU"/>
        </w:rPr>
        <w:t xml:space="preserve">Адрес места нахождения: </w:t>
      </w:r>
      <w:r w:rsidR="007047B5">
        <w:rPr>
          <w:lang w:val="ru-RU"/>
        </w:rPr>
        <w:t>197229</w:t>
      </w:r>
      <w:r w:rsidRPr="007047B5">
        <w:rPr>
          <w:lang w:val="ru-RU"/>
        </w:rPr>
        <w:t xml:space="preserve">, </w:t>
      </w:r>
      <w:r w:rsidR="00760187">
        <w:rPr>
          <w:lang w:val="ru-RU"/>
        </w:rPr>
        <w:t>г. Санкт-Петербург</w:t>
      </w:r>
    </w:p>
    <w:p w14:paraId="045574CB" w14:textId="61D0CA80" w:rsidR="00235E46" w:rsidRPr="00760187" w:rsidRDefault="00000000">
      <w:pPr>
        <w:rPr>
          <w:lang w:val="ru-RU"/>
        </w:rPr>
      </w:pPr>
      <w:r w:rsidRPr="007047B5">
        <w:rPr>
          <w:lang w:val="ru-RU"/>
        </w:rPr>
        <w:t xml:space="preserve">Контактный адрес электронной почты: </w:t>
      </w:r>
      <w:proofErr w:type="spellStart"/>
      <w:r w:rsidR="00760187">
        <w:t>psiholog</w:t>
      </w:r>
      <w:proofErr w:type="spellEnd"/>
      <w:r w:rsidR="00760187" w:rsidRPr="00760187">
        <w:rPr>
          <w:lang w:val="ru-RU"/>
        </w:rPr>
        <w:t>_</w:t>
      </w:r>
      <w:proofErr w:type="spellStart"/>
      <w:r w:rsidR="00760187">
        <w:t>shitova</w:t>
      </w:r>
      <w:proofErr w:type="spellEnd"/>
      <w:r w:rsidR="00760187" w:rsidRPr="00760187">
        <w:rPr>
          <w:lang w:val="ru-RU"/>
        </w:rPr>
        <w:t>.</w:t>
      </w:r>
      <w:proofErr w:type="spellStart"/>
      <w:r w:rsidR="00760187">
        <w:t>elena</w:t>
      </w:r>
      <w:proofErr w:type="spellEnd"/>
      <w:r w:rsidR="00760187" w:rsidRPr="00760187">
        <w:rPr>
          <w:lang w:val="ru-RU"/>
        </w:rPr>
        <w:t>@</w:t>
      </w:r>
      <w:r w:rsidR="00760187">
        <w:t>mail</w:t>
      </w:r>
      <w:r w:rsidR="00760187" w:rsidRPr="00760187">
        <w:rPr>
          <w:lang w:val="ru-RU"/>
        </w:rPr>
        <w:t>.</w:t>
      </w:r>
      <w:proofErr w:type="spellStart"/>
      <w:r w:rsidR="00760187">
        <w:t>ru</w:t>
      </w:r>
      <w:proofErr w:type="spellEnd"/>
    </w:p>
    <w:sectPr w:rsidR="00235E46" w:rsidRPr="00760187" w:rsidSect="00034616">
      <w:footerReference w:type="default" r:id="rId8"/>
      <w:pgSz w:w="11906" w:h="16838"/>
      <w:pgMar w:top="935" w:right="992" w:bottom="822" w:left="1417" w:header="454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DD3EA" w14:textId="77777777" w:rsidR="007C0D36" w:rsidRDefault="007C0D36">
      <w:pPr>
        <w:spacing w:line="240" w:lineRule="auto"/>
      </w:pPr>
      <w:r>
        <w:separator/>
      </w:r>
    </w:p>
  </w:endnote>
  <w:endnote w:type="continuationSeparator" w:id="0">
    <w:p w14:paraId="62330E0E" w14:textId="77777777" w:rsidR="007C0D36" w:rsidRDefault="007C0D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8ED98" w14:textId="77777777" w:rsidR="00235E46" w:rsidRDefault="00000000">
    <w:pPr>
      <w:pStyle w:val="a7"/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 w:rsidR="007047B5">
      <w:rPr>
        <w:sz w:val="20"/>
      </w:rPr>
      <w:fldChar w:fldCharType="separate"/>
    </w:r>
    <w:r w:rsidR="007047B5">
      <w:rPr>
        <w:noProof/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7CB83" w14:textId="77777777" w:rsidR="007C0D36" w:rsidRDefault="007C0D36">
      <w:pPr>
        <w:spacing w:line="240" w:lineRule="auto"/>
      </w:pPr>
      <w:r>
        <w:separator/>
      </w:r>
    </w:p>
  </w:footnote>
  <w:footnote w:type="continuationSeparator" w:id="0">
    <w:p w14:paraId="7896C1FA" w14:textId="77777777" w:rsidR="007C0D36" w:rsidRDefault="007C0D3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8259386">
    <w:abstractNumId w:val="8"/>
  </w:num>
  <w:num w:numId="2" w16cid:durableId="1944803467">
    <w:abstractNumId w:val="6"/>
  </w:num>
  <w:num w:numId="3" w16cid:durableId="1895196724">
    <w:abstractNumId w:val="5"/>
  </w:num>
  <w:num w:numId="4" w16cid:durableId="1746301445">
    <w:abstractNumId w:val="4"/>
  </w:num>
  <w:num w:numId="5" w16cid:durableId="1513496431">
    <w:abstractNumId w:val="7"/>
  </w:num>
  <w:num w:numId="6" w16cid:durableId="1959216490">
    <w:abstractNumId w:val="3"/>
  </w:num>
  <w:num w:numId="7" w16cid:durableId="1229270363">
    <w:abstractNumId w:val="2"/>
  </w:num>
  <w:num w:numId="8" w16cid:durableId="1295795282">
    <w:abstractNumId w:val="1"/>
  </w:num>
  <w:num w:numId="9" w16cid:durableId="1289121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5E46"/>
    <w:rsid w:val="0029639D"/>
    <w:rsid w:val="0032198E"/>
    <w:rsid w:val="00326F90"/>
    <w:rsid w:val="005E4F6C"/>
    <w:rsid w:val="007047B5"/>
    <w:rsid w:val="00760187"/>
    <w:rsid w:val="007C0D3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9AEEA7"/>
  <w14:defaultImageDpi w14:val="300"/>
  <w15:docId w15:val="{8E0AF097-7D48-43BF-B1DA-F6F2A9E08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52" w:lineRule="auto"/>
      <w:ind w:firstLine="709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pPr>
      <w:spacing w:after="240"/>
      <w:jc w:val="center"/>
    </w:pPr>
    <w:rPr>
      <w:rFonts w:ascii="Times New Roman" w:eastAsia="Times New Roman" w:hAnsi="Times New Roman"/>
      <w:b/>
      <w:sz w:val="28"/>
    </w:rPr>
  </w:style>
  <w:style w:type="paragraph" w:customStyle="1" w:styleId="SectionHeading">
    <w:name w:val="SectionHeading"/>
    <w:pPr>
      <w:spacing w:before="220" w:after="120"/>
      <w:ind w:firstLine="709"/>
    </w:pPr>
    <w:rPr>
      <w:rFonts w:ascii="Times New Roman" w:eastAsia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759</Words>
  <Characters>4331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Публичная оферта о заключении договора оказания психологических консультационных услуг</vt:lpstr>
      <vt:lpstr/>
    </vt:vector>
  </TitlesOfParts>
  <Manager/>
  <Company/>
  <LinksUpToDate>false</LinksUpToDate>
  <CharactersWithSpaces>5080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 о заключении договора оказания психологических консультационных услуг</dc:title>
  <dc:subject>Редактируемая версия документа</dc:subject>
  <dc:creator>Гульнара Устинова</dc:creator>
  <cp:keywords/>
  <dc:description>generated by python-docx</dc:description>
  <cp:lastModifiedBy>Елена</cp:lastModifiedBy>
  <cp:revision>3</cp:revision>
  <dcterms:created xsi:type="dcterms:W3CDTF">2013-12-23T23:15:00Z</dcterms:created>
  <dcterms:modified xsi:type="dcterms:W3CDTF">2026-09-22T11:05:00Z</dcterms:modified>
  <cp:category/>
</cp:coreProperties>
</file>